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כרטיסי השיח – קטגוריות, כובעי חשיבה וערוצי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מושגי השיחה והחשיבה המופיעים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בעקבות שאלות שיח על יחסי מורים ותלמידים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בנעליים של…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צוין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כרטיס מסומן גם בכובע חשיבה וגם בערוץ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קיים כפתור שליפה אקראית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כובע כחול מסמל סיכום, רגש הוא כובע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השיתוף הוא בבחירה, רק מי שרוצה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אמרתי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קטגוריות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כובעים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הקשורה לשאלה שנבחרה, כנה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יצירת כרטיס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הכרטיס כולל שאלה ברורה ומתאימה לקטגוריה ולכובע שנבחרו, בניסוח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חשיבה וערוץ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אדום – רגש, כובע לבן –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מ: השראה מהשיר / בנעליים של… / הוקרה ורגש / עתיד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בשליפה אקראית של כרטיס אחד כהפעלה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שהשיתוף בתשובות הוא תמיד לבחירת התלמיד/ה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בצבעי הכובעים כדי להסביר לתלמידים את סוג החשיבה הנדרש בכל שאלה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20 כרטיסים עם שאלות שיחה על מורים ותלמידים. בתרגול נבדוק אם הבנתם את הסימונים בכרטיסים, ונכתוב תשובה קצרה לשאלה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אחת לדיון או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כובע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צבעוני שמראה איזה סוג חשיבה נדרש בשאלה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שבו הכרטיס מחזק את התלמיד, כמו רגש או חברה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תודה והערכה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שליפה אקראית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כרטיס במקרה, בלי לדעת מראש מה יצא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כרטיסים שעוסקת בנושא דומה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כרטיסים יש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כובע קשור לרגש?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כובע קשור לעובדות?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קבוצת כרטיסים מדברת על נקודת מבט של 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השראה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בנעליים של…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הוקרה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עתיד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כובע 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לכמה קבוצות מחולקים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בסך הכול 20 כרטיסי שיח.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כרטיס מסומן רק בכובע חשיבה, בלי ערוץ חוסן.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לשלוף כרטיס בצורה אקראית.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כחול מסמל רגש.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לשתף את התשובה עם כל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הכרטיסים שואל: מי __________ בך יותר ממה שהאמנת בעצמך?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אחר מבקש לכתוב תודה ש__________ (לא חייבים לשלוח).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בקטגוריית עתיד ויצירה שואל על יחסי מורים ותלמידים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אחד מבקש לחשוב על מעשה קטן שאפשר לעשות __________ כדי לשפר את האווירה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כרטיסי השיח מחולקים לארבע __________ שונות.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כובעים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🔴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⚪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🟡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⚫ כובע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🟢 כובע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כרטיס אחד מקטגוריית הוקרה ורגש וכתבו תשובה קצרה של 2-3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יצירת כרטיס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שיח חדש משלכם: בחרו קטגוריה, כובע חשיבה וערוץ חוסן, ונסחו שאלה אחת מעניינת ליחסי מורים ותלמידים.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הסימונים שמופיעים על כל כרטיס 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כובע אדום לכובע 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קטגוריה אחת מתוך ארבע הקטגוריות בדף.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